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C70" w:rsidRPr="00833968" w:rsidRDefault="008D19A9" w:rsidP="00A725BA">
      <w:pPr>
        <w:spacing w:after="120"/>
        <w:jc w:val="right"/>
        <w:rPr>
          <w:lang w:val="it-IT"/>
        </w:rPr>
      </w:pPr>
      <w:r w:rsidRPr="00833968">
        <w:rPr>
          <w:b/>
          <w:lang w:val="it-IT"/>
        </w:rPr>
        <w:t>Al Dirigente Scolastico</w:t>
      </w:r>
    </w:p>
    <w:p w:rsidR="00B43C70" w:rsidRPr="00A725BA" w:rsidRDefault="00A725BA" w:rsidP="00A725BA">
      <w:pPr>
        <w:spacing w:after="480"/>
        <w:jc w:val="right"/>
        <w:rPr>
          <w:lang w:val="it-IT"/>
        </w:rPr>
      </w:pPr>
      <w:r>
        <w:rPr>
          <w:lang w:val="it-IT"/>
        </w:rPr>
        <w:t xml:space="preserve">Del 1° I.C. “E. De </w:t>
      </w:r>
      <w:proofErr w:type="spellStart"/>
      <w:r>
        <w:rPr>
          <w:lang w:val="it-IT"/>
        </w:rPr>
        <w:t>Amicis</w:t>
      </w:r>
      <w:proofErr w:type="spellEnd"/>
      <w:r>
        <w:rPr>
          <w:lang w:val="it-IT"/>
        </w:rPr>
        <w:t>” di Floridia</w:t>
      </w:r>
      <w:bookmarkStart w:id="0" w:name="_GoBack"/>
      <w:bookmarkEnd w:id="0"/>
    </w:p>
    <w:p w:rsidR="00B43C70" w:rsidRPr="00833968" w:rsidRDefault="008D19A9">
      <w:pPr>
        <w:spacing w:after="480"/>
        <w:jc w:val="center"/>
        <w:rPr>
          <w:lang w:val="it-IT"/>
        </w:rPr>
      </w:pPr>
      <w:r w:rsidRPr="00833968">
        <w:rPr>
          <w:b/>
          <w:lang w:val="it-IT"/>
        </w:rPr>
        <w:t>OGGETTO: Richiesta di uscita anticipata per utilizzo del servizio scuolabus</w:t>
      </w:r>
    </w:p>
    <w:p w:rsidR="00B43C70" w:rsidRPr="00833968" w:rsidRDefault="008D19A9">
      <w:pPr>
        <w:spacing w:after="240"/>
        <w:rPr>
          <w:lang w:val="it-IT"/>
        </w:rPr>
      </w:pPr>
      <w:r w:rsidRPr="00833968">
        <w:rPr>
          <w:b/>
          <w:lang w:val="it-IT"/>
        </w:rPr>
        <w:t>I sottoscritti genitori / esercenti la responsabilità genitoriale:</w:t>
      </w:r>
    </w:p>
    <w:p w:rsidR="00B43C70" w:rsidRPr="00833968" w:rsidRDefault="008D19A9">
      <w:pPr>
        <w:spacing w:after="120"/>
        <w:rPr>
          <w:lang w:val="it-IT"/>
        </w:rPr>
      </w:pPr>
      <w:r w:rsidRPr="00833968">
        <w:rPr>
          <w:lang w:val="it-IT"/>
        </w:rPr>
        <w:t>Cognome: ___________________________________ Nome: ___________________________________</w:t>
      </w:r>
    </w:p>
    <w:p w:rsidR="00B43C70" w:rsidRPr="00833968" w:rsidRDefault="008D19A9">
      <w:pPr>
        <w:spacing w:after="120"/>
        <w:rPr>
          <w:lang w:val="it-IT"/>
        </w:rPr>
      </w:pPr>
      <w:r w:rsidRPr="00833968">
        <w:rPr>
          <w:lang w:val="it-IT"/>
        </w:rPr>
        <w:t>Nato/a a: ___________________________________ il: ____/____/_______</w:t>
      </w:r>
    </w:p>
    <w:p w:rsidR="00B43C70" w:rsidRPr="00833968" w:rsidRDefault="008D19A9">
      <w:pPr>
        <w:spacing w:after="240"/>
        <w:rPr>
          <w:lang w:val="it-IT"/>
        </w:rPr>
      </w:pPr>
      <w:r w:rsidRPr="00833968">
        <w:rPr>
          <w:lang w:val="it-IT"/>
        </w:rPr>
        <w:t>Residente a: __________________________ in Via/Piazza: _________________________________</w:t>
      </w:r>
    </w:p>
    <w:p w:rsidR="00B43C70" w:rsidRPr="00833968" w:rsidRDefault="008D19A9">
      <w:pPr>
        <w:spacing w:after="120"/>
        <w:rPr>
          <w:lang w:val="it-IT"/>
        </w:rPr>
      </w:pPr>
      <w:r w:rsidRPr="00833968">
        <w:rPr>
          <w:lang w:val="it-IT"/>
        </w:rPr>
        <w:t>Cognome: ___________________________________ Nome: ___________________________________</w:t>
      </w:r>
    </w:p>
    <w:p w:rsidR="00B43C70" w:rsidRPr="00833968" w:rsidRDefault="008D19A9">
      <w:pPr>
        <w:spacing w:after="120"/>
        <w:rPr>
          <w:lang w:val="it-IT"/>
        </w:rPr>
      </w:pPr>
      <w:r w:rsidRPr="00833968">
        <w:rPr>
          <w:lang w:val="it-IT"/>
        </w:rPr>
        <w:t>Nato/a a: ___________________________________ il: ____/____/_______</w:t>
      </w:r>
    </w:p>
    <w:p w:rsidR="00B43C70" w:rsidRPr="00833968" w:rsidRDefault="008D19A9">
      <w:pPr>
        <w:spacing w:after="360"/>
        <w:rPr>
          <w:lang w:val="it-IT"/>
        </w:rPr>
      </w:pPr>
      <w:r w:rsidRPr="00833968">
        <w:rPr>
          <w:lang w:val="it-IT"/>
        </w:rPr>
        <w:t>Residente a: __________________________ in Via/Piazza: _________________________________</w:t>
      </w:r>
    </w:p>
    <w:p w:rsidR="00B43C70" w:rsidRPr="00833968" w:rsidRDefault="008D19A9">
      <w:pPr>
        <w:spacing w:after="240"/>
        <w:rPr>
          <w:lang w:val="it-IT"/>
        </w:rPr>
      </w:pPr>
      <w:r w:rsidRPr="00833968">
        <w:rPr>
          <w:b/>
          <w:lang w:val="it-IT"/>
        </w:rPr>
        <w:t>In qualità di genitori / tutori legali dell'alunno/a:</w:t>
      </w:r>
    </w:p>
    <w:p w:rsidR="00B43C70" w:rsidRPr="00833968" w:rsidRDefault="008D19A9">
      <w:pPr>
        <w:spacing w:after="120"/>
        <w:rPr>
          <w:lang w:val="it-IT"/>
        </w:rPr>
      </w:pPr>
      <w:r w:rsidRPr="00833968">
        <w:rPr>
          <w:lang w:val="it-IT"/>
        </w:rPr>
        <w:t>Cognome: ___________________________________ Nome: ___________________________________</w:t>
      </w:r>
    </w:p>
    <w:p w:rsidR="00B43C70" w:rsidRPr="00833968" w:rsidRDefault="008D19A9">
      <w:pPr>
        <w:spacing w:after="120"/>
        <w:rPr>
          <w:lang w:val="it-IT"/>
        </w:rPr>
      </w:pPr>
      <w:r w:rsidRPr="00833968">
        <w:rPr>
          <w:lang w:val="it-IT"/>
        </w:rPr>
        <w:t xml:space="preserve">Frequentante la scuola </w:t>
      </w:r>
      <w:proofErr w:type="gramStart"/>
      <w:r w:rsidRPr="00833968">
        <w:rPr>
          <w:lang w:val="it-IT"/>
        </w:rPr>
        <w:t xml:space="preserve">☐ </w:t>
      </w:r>
      <w:r w:rsidR="00833968">
        <w:rPr>
          <w:lang w:val="it-IT"/>
        </w:rPr>
        <w:t xml:space="preserve"> </w:t>
      </w:r>
      <w:r w:rsidRPr="00833968">
        <w:rPr>
          <w:lang w:val="it-IT"/>
        </w:rPr>
        <w:t>Primaria</w:t>
      </w:r>
      <w:proofErr w:type="gramEnd"/>
      <w:r w:rsidRPr="00833968">
        <w:rPr>
          <w:lang w:val="it-IT"/>
        </w:rPr>
        <w:t xml:space="preserve">   ☐ </w:t>
      </w:r>
      <w:r w:rsidR="00833968">
        <w:rPr>
          <w:lang w:val="it-IT"/>
        </w:rPr>
        <w:t xml:space="preserve"> </w:t>
      </w:r>
      <w:r w:rsidRPr="00833968">
        <w:rPr>
          <w:lang w:val="it-IT"/>
        </w:rPr>
        <w:t>Secondaria di I grado</w:t>
      </w:r>
    </w:p>
    <w:p w:rsidR="00B43C70" w:rsidRPr="00833968" w:rsidRDefault="008D19A9">
      <w:pPr>
        <w:spacing w:after="360"/>
        <w:rPr>
          <w:lang w:val="it-IT"/>
        </w:rPr>
      </w:pPr>
      <w:r w:rsidRPr="00833968">
        <w:rPr>
          <w:lang w:val="it-IT"/>
        </w:rPr>
        <w:t>Classe: ________ Sezione: ________ del plesso di: _________________________________</w:t>
      </w:r>
    </w:p>
    <w:p w:rsidR="00B43C70" w:rsidRPr="00833968" w:rsidRDefault="008D19A9">
      <w:pPr>
        <w:spacing w:after="240"/>
        <w:jc w:val="center"/>
        <w:rPr>
          <w:lang w:val="it-IT"/>
        </w:rPr>
      </w:pPr>
      <w:r w:rsidRPr="00833968">
        <w:rPr>
          <w:b/>
          <w:lang w:val="it-IT"/>
        </w:rPr>
        <w:t>CHIEDONO</w:t>
      </w:r>
    </w:p>
    <w:p w:rsidR="00B43C70" w:rsidRPr="00833968" w:rsidRDefault="008D19A9">
      <w:pPr>
        <w:spacing w:after="120"/>
        <w:rPr>
          <w:lang w:val="it-IT"/>
        </w:rPr>
      </w:pPr>
      <w:proofErr w:type="gramStart"/>
      <w:r w:rsidRPr="00833968">
        <w:rPr>
          <w:lang w:val="it-IT"/>
        </w:rPr>
        <w:t>che</w:t>
      </w:r>
      <w:proofErr w:type="gramEnd"/>
      <w:r w:rsidRPr="00833968">
        <w:rPr>
          <w:lang w:val="it-IT"/>
        </w:rPr>
        <w:t xml:space="preserve"> il/la proprio/a figlio/a possa uscire anticipatamente alle ore ________:________ nei seguenti giorni:</w:t>
      </w:r>
    </w:p>
    <w:p w:rsidR="00B43C70" w:rsidRPr="00833968" w:rsidRDefault="008D19A9">
      <w:pPr>
        <w:spacing w:after="240"/>
        <w:rPr>
          <w:lang w:val="it-IT"/>
        </w:rPr>
      </w:pPr>
      <w:r w:rsidRPr="00833968">
        <w:rPr>
          <w:i/>
          <w:lang w:val="it-IT"/>
        </w:rPr>
        <w:t xml:space="preserve">☐ Lunedì      ☐ Martedì      ☐ Mercoledì      ☐ Giovedì      ☐ Venerdì      </w:t>
      </w:r>
    </w:p>
    <w:p w:rsidR="00B43C70" w:rsidRPr="00833968" w:rsidRDefault="008D19A9" w:rsidP="00833968">
      <w:pPr>
        <w:spacing w:after="360"/>
        <w:jc w:val="both"/>
        <w:rPr>
          <w:lang w:val="it-IT"/>
        </w:rPr>
      </w:pPr>
      <w:proofErr w:type="gramStart"/>
      <w:r w:rsidRPr="00833968">
        <w:rPr>
          <w:lang w:val="it-IT"/>
        </w:rPr>
        <w:t>per</w:t>
      </w:r>
      <w:proofErr w:type="gramEnd"/>
      <w:r w:rsidRPr="00833968">
        <w:rPr>
          <w:lang w:val="it-IT"/>
        </w:rPr>
        <w:t xml:space="preserve"> l'intero anno scolastico 2026/2027, al fine di poter usufruire del servizio di trasporto scolastico locale (scuolabus comunale), i cui orari di transito non coincidono perfettamente con l'orario di termine delle lezioni.</w:t>
      </w:r>
    </w:p>
    <w:p w:rsidR="00B43C70" w:rsidRPr="00833968" w:rsidRDefault="008D19A9" w:rsidP="00833968">
      <w:pPr>
        <w:spacing w:after="240"/>
        <w:jc w:val="both"/>
        <w:rPr>
          <w:lang w:val="it-IT"/>
        </w:rPr>
      </w:pPr>
      <w:r w:rsidRPr="00833968">
        <w:rPr>
          <w:b/>
          <w:lang w:val="it-IT"/>
        </w:rPr>
        <w:t>A tal fine i sottoscritti, consapevoli delle responsabilità civili e penali derivanti da dichiarazioni mendaci, DICHIARANO:</w:t>
      </w:r>
    </w:p>
    <w:p w:rsidR="00B43C70" w:rsidRPr="00833968" w:rsidRDefault="008D19A9">
      <w:pPr>
        <w:pStyle w:val="Puntoelenco"/>
        <w:spacing w:after="120"/>
        <w:rPr>
          <w:lang w:val="it-IT"/>
        </w:rPr>
      </w:pPr>
      <w:r w:rsidRPr="00833968">
        <w:rPr>
          <w:lang w:val="it-IT"/>
        </w:rPr>
        <w:t>Di essere impossibilitati a ritirare personalmente l'alunno/a al normale orario di termine delle lezioni per documentati motivi logistici/lavorativi.</w:t>
      </w:r>
    </w:p>
    <w:p w:rsidR="00B43C70" w:rsidRPr="00833968" w:rsidRDefault="008D19A9">
      <w:pPr>
        <w:pStyle w:val="Puntoelenco"/>
        <w:spacing w:after="120"/>
        <w:rPr>
          <w:lang w:val="it-IT"/>
        </w:rPr>
      </w:pPr>
      <w:r w:rsidRPr="00833968">
        <w:rPr>
          <w:lang w:val="it-IT"/>
        </w:rPr>
        <w:t>Di sollevare l'Istituzione Scolastica, il Dirigente Scolastico e il personale docente da ogni e qualsiasi responsabilità civile e penale per l'incolumità e la vigilanza del/la minore a partire dal momento in cui l'alunno/a lascia l'edificio scolastico.</w:t>
      </w:r>
    </w:p>
    <w:p w:rsidR="00B43C70" w:rsidRPr="00833968" w:rsidRDefault="008D19A9">
      <w:pPr>
        <w:pStyle w:val="Puntoelenco"/>
        <w:spacing w:after="120"/>
        <w:rPr>
          <w:lang w:val="it-IT"/>
        </w:rPr>
      </w:pPr>
      <w:r w:rsidRPr="00833968">
        <w:rPr>
          <w:lang w:val="it-IT"/>
        </w:rPr>
        <w:lastRenderedPageBreak/>
        <w:t>Che l'alunno/a è stato/a formalmente iscritto/a al servizio scuolabus per l'anno scolastico in corso e che verrà preso/</w:t>
      </w:r>
      <w:proofErr w:type="spellStart"/>
      <w:r w:rsidRPr="00833968">
        <w:rPr>
          <w:lang w:val="it-IT"/>
        </w:rPr>
        <w:t>a</w:t>
      </w:r>
      <w:proofErr w:type="spellEnd"/>
      <w:r w:rsidRPr="00833968">
        <w:rPr>
          <w:lang w:val="it-IT"/>
        </w:rPr>
        <w:t xml:space="preserve"> in carico dall'assistente o dal conducente del mezzo autorizzato presso il punto di raccolta concordato.</w:t>
      </w:r>
    </w:p>
    <w:p w:rsidR="00B43C70" w:rsidRPr="00833968" w:rsidRDefault="008D19A9">
      <w:pPr>
        <w:pStyle w:val="Puntoelenco"/>
        <w:spacing w:after="120"/>
        <w:rPr>
          <w:lang w:val="it-IT"/>
        </w:rPr>
      </w:pPr>
      <w:r w:rsidRPr="00833968">
        <w:rPr>
          <w:lang w:val="it-IT"/>
        </w:rPr>
        <w:t>Di impegnarsi a comunicare tempestivamente alla scuola qualsiasi variazione relativa alla presente richiesta o all'utilizzo del servizio scuolabus.</w:t>
      </w:r>
    </w:p>
    <w:p w:rsidR="00B43C70" w:rsidRPr="00833968" w:rsidRDefault="00B43C70">
      <w:pPr>
        <w:spacing w:after="480"/>
        <w:rPr>
          <w:lang w:val="it-IT"/>
        </w:rPr>
      </w:pPr>
    </w:p>
    <w:p w:rsidR="00B43C70" w:rsidRDefault="008D19A9">
      <w:pPr>
        <w:spacing w:after="480"/>
      </w:pPr>
      <w:proofErr w:type="spellStart"/>
      <w:r>
        <w:t>Luogo</w:t>
      </w:r>
      <w:proofErr w:type="spellEnd"/>
      <w:r>
        <w:t xml:space="preserve"> e Data: __________________________, lì ____/____/_______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B43C70">
        <w:tc>
          <w:tcPr>
            <w:tcW w:w="4680" w:type="dxa"/>
          </w:tcPr>
          <w:p w:rsidR="00B43C70" w:rsidRDefault="00833968">
            <w:pPr>
              <w:jc w:val="center"/>
            </w:pPr>
            <w:r>
              <w:t xml:space="preserve">Firma del </w:t>
            </w:r>
            <w:proofErr w:type="spellStart"/>
            <w:r>
              <w:t>Genitore</w:t>
            </w:r>
            <w:proofErr w:type="spellEnd"/>
            <w:r>
              <w:t xml:space="preserve"> </w:t>
            </w:r>
            <w:r w:rsidR="008D19A9">
              <w:t xml:space="preserve">/ </w:t>
            </w:r>
            <w:proofErr w:type="spellStart"/>
            <w:r w:rsidR="008D19A9">
              <w:t>Tutore</w:t>
            </w:r>
            <w:proofErr w:type="spellEnd"/>
            <w:r w:rsidR="008D19A9">
              <w:br/>
            </w:r>
            <w:r w:rsidR="008D19A9">
              <w:br/>
              <w:t>_________________________________</w:t>
            </w:r>
          </w:p>
        </w:tc>
        <w:tc>
          <w:tcPr>
            <w:tcW w:w="4680" w:type="dxa"/>
          </w:tcPr>
          <w:p w:rsidR="00B43C70" w:rsidRDefault="00833968">
            <w:pPr>
              <w:jc w:val="center"/>
            </w:pPr>
            <w:r>
              <w:t xml:space="preserve">Firma del </w:t>
            </w:r>
            <w:proofErr w:type="spellStart"/>
            <w:r>
              <w:t>Genitore</w:t>
            </w:r>
            <w:proofErr w:type="spellEnd"/>
            <w:r w:rsidR="008D19A9">
              <w:t xml:space="preserve">/ </w:t>
            </w:r>
            <w:proofErr w:type="spellStart"/>
            <w:r w:rsidR="008D19A9">
              <w:t>Tutore</w:t>
            </w:r>
            <w:proofErr w:type="spellEnd"/>
            <w:r w:rsidR="008D19A9">
              <w:br/>
            </w:r>
            <w:r w:rsidR="008D19A9">
              <w:br/>
              <w:t>_________________________________</w:t>
            </w:r>
          </w:p>
        </w:tc>
      </w:tr>
    </w:tbl>
    <w:p w:rsidR="005C0B58" w:rsidRDefault="005C0B58"/>
    <w:sectPr w:rsidR="005C0B5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2FC"/>
    <w:rsid w:val="005C0B58"/>
    <w:rsid w:val="00833968"/>
    <w:rsid w:val="008D19A9"/>
    <w:rsid w:val="00A725BA"/>
    <w:rsid w:val="00AA1D8D"/>
    <w:rsid w:val="00B43C7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FA51B40-4BB3-484C-9ABF-71DF1C498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9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CD91BD-61B8-4976-BF97-1B6802714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patrizia galioto</cp:lastModifiedBy>
  <cp:revision>2</cp:revision>
  <cp:lastPrinted>2026-09-11T08:59:00Z</cp:lastPrinted>
  <dcterms:created xsi:type="dcterms:W3CDTF">2026-09-11T08:59:00Z</dcterms:created>
  <dcterms:modified xsi:type="dcterms:W3CDTF">2026-09-11T08:59:00Z</dcterms:modified>
  <cp:category/>
</cp:coreProperties>
</file>